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3614EC9A" w:rsidR="007A6244" w:rsidRDefault="00C9231E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5BC5970D" wp14:editId="4640B606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67B0E22" w:rsidR="007A6244" w:rsidRDefault="003C28BC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FF0728">
              <w:rPr>
                <w:b/>
                <w:color w:val="0D5F78"/>
              </w:rPr>
              <w:t xml:space="preserve"> </w:t>
            </w:r>
            <w:r w:rsidR="00FF0728" w:rsidRPr="00FF0728">
              <w:rPr>
                <w:b/>
              </w:rPr>
              <w:t>TELEORMAN</w:t>
            </w:r>
          </w:p>
          <w:p w14:paraId="6435FD5F" w14:textId="77777777" w:rsidR="007A6244" w:rsidRDefault="007A6244">
            <w:pPr>
              <w:keepNext/>
            </w:pP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2EDD2FAF" w:rsidR="007A6244" w:rsidRDefault="003C28B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FF0728">
              <w:rPr>
                <w:b/>
                <w:color w:val="0D5F78"/>
              </w:rPr>
              <w:t xml:space="preserve"> </w:t>
            </w:r>
            <w:bookmarkStart w:id="0" w:name="_GoBack"/>
            <w:r w:rsidR="00FF0728" w:rsidRPr="00FF0728">
              <w:rPr>
                <w:b/>
              </w:rPr>
              <w:t>PRIMARIA ORASULUI VIDELE</w:t>
            </w:r>
            <w:bookmarkEnd w:id="0"/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3C28BC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Cod de identificare fiscală (CIF)</w:t>
            </w:r>
          </w:p>
          <w:p w14:paraId="5D425FA5" w14:textId="431C4704" w:rsidR="007A6244" w:rsidRPr="009D5BC3" w:rsidRDefault="00FF0728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C9065B1" w14:textId="77777777" w:rsidR="00FF0728" w:rsidRDefault="00FF0728" w:rsidP="00FF0728">
            <w:pPr>
              <w:keepNext/>
            </w:pPr>
            <w:r>
              <w:t xml:space="preserve">ORAS VIDELE, STRADA REPUBLICII, NR. 2, TEL. 0247453017, </w:t>
            </w:r>
          </w:p>
          <w:p w14:paraId="4FE355EF" w14:textId="637964C8" w:rsidR="007A6244" w:rsidRDefault="00FF0728" w:rsidP="00FF0728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3C28BC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3C28BC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3C28B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3C28BC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14:paraId="3E3EC3B6" w14:textId="77777777" w:rsidR="007A6244" w:rsidRPr="009D5BC3" w:rsidRDefault="003C28BC">
            <w:pPr>
              <w:keepNext/>
              <w:rPr>
                <w:lang w:val="fr-FR"/>
              </w:rPr>
            </w:pPr>
            <w:r w:rsidRPr="009D5BC3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3C28BC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3C28BC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3C28B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3C28B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3C28B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3C28BC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3C28BC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3C28BC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3C28B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3C28BC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3C28BC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3C28BC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3C28BC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3C28BC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3C28BC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3C28BC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3C28BC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3C28BC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3C28BC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3C28BC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3C28BC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3C28BC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C6D6A" w14:textId="77777777" w:rsidR="00723899" w:rsidRDefault="00723899">
      <w:r>
        <w:separator/>
      </w:r>
    </w:p>
  </w:endnote>
  <w:endnote w:type="continuationSeparator" w:id="0">
    <w:p w14:paraId="2A80C26D" w14:textId="77777777" w:rsidR="00723899" w:rsidRDefault="0072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319F4" w14:textId="2E95B5F8" w:rsidR="007A6244" w:rsidRDefault="003C28BC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F07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F0728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A1C0E" w14:textId="77777777" w:rsidR="00723899" w:rsidRDefault="00723899">
      <w:r>
        <w:separator/>
      </w:r>
    </w:p>
  </w:footnote>
  <w:footnote w:type="continuationSeparator" w:id="0">
    <w:p w14:paraId="57D9A6BF" w14:textId="77777777" w:rsidR="00723899" w:rsidRDefault="00723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28BC"/>
    <w:rsid w:val="006C103E"/>
    <w:rsid w:val="00723899"/>
    <w:rsid w:val="007A6244"/>
    <w:rsid w:val="007F2503"/>
    <w:rsid w:val="009C5408"/>
    <w:rsid w:val="009D5BC3"/>
    <w:rsid w:val="00AA1D8D"/>
    <w:rsid w:val="00B47730"/>
    <w:rsid w:val="00C9231E"/>
    <w:rsid w:val="00CB0664"/>
    <w:rsid w:val="00D21BCF"/>
    <w:rsid w:val="00E61A6B"/>
    <w:rsid w:val="00F816D8"/>
    <w:rsid w:val="00FC693F"/>
    <w:rsid w:val="00FF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60E057-55ED-49D2-A82B-418F2DD0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2026-09-23T11:31:00Z</dcterms:modified>
  <cp:category/>
</cp:coreProperties>
</file>